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״הפסקה בתנועה: כדאי לארגן משחקים פעילים בהפסקה״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טקסט טיעוני · כיתה ז׳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ב. לארגן משחקים בהפסקה | משפט מלא: הכותב טוען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ב. לנוח כרגיל, כי זה רשות | משפט מלא: הכותב עונה ש… וזה מחזק אותו כי…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1–ג · 2–ב · 3–א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א (תנועה טובה לבריאות) · 2 – א (שההפסקה תהפוך לעוד שיעור)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כן, כי לומדים לשמור על חוקים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״הפסקה בתנועה: כדאי לארגן משחקים פעילים בהפסקה״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טיעוני · כיתה ז׳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טיעוני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הפסקה בתנועה: כדאי לארגן משחקים פעילים בהפסקה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טור דעה של תלמיד כיתה ז׳ בעיתון השכבה: מדוע ההפסקה הגדולה צריכה לכלול משחקים מאורגנים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בהפסקה הגדולה רבים יושבים על הספסל. לדעתי, צריך לארגן בהפסקה משחקים וספורט לכל מי שרוצה.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נימוק 1: בריאות. אנחנו יושבים הרבה בשיעורים. הגוף צריך תנועה. תנועה משפרת את מצב הרוח.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נימוק 2: ריכוז. אחרי משחק פעיל קל יותר להקשיב בשיעור.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נימוק 3: חברה. במשחק מאורגן כל אחד יכול להצטרף. כך מכירים חברים חדשים.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אומרים: ההפסקה צריכה להיות חופשית. הפתרון: המשחקים יהיו רשות. מי שרוצה לנוח – ינוח. תלמידים גדולים יובילו את המשחקים.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לסיכום: משחקים בהפסקה טובים לבריאות, לריכוז ולחברות. בואו נחזיר את התנועה להפסקה!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לגזול – לקחת משהו בלי רשות; כאן: לקחת זמן · צלול – ברור, נקי; כאן: מרוכז וחושב בבהירות · רשות – לא חובה, כל אחד מחליט בעצמו · ביישנים – אנשים שקשה להם לדבר עם אנשים חדשים · אני קורא ל… – אני מבקש בתוקף, פונה כדי שמישהו יפעל · הנהלה – האנשים שמנהלים את בית הספר ומחליטים בו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הכותב רוצה?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לבטל את ההפסקה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לארגן משחקים בהפסקה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להאריך את השיעורים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הכותב טוען ש…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הכותב מציע למי שרוצה לנוח?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להשתתף בכוח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לנוח כרגיל, כי זה רשות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לחזור לכיתה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הכותב עונה ש… וזה מחזק אותו כי… 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עד כמה משכנע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לענות רק ממה שכתוב, לא מהידע שלי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למי מיועד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לזהות את קהל היעד לפי רמזים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על פי / לפי הטקסט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לבקר את הטיעון: נימוקים, דוגמאות, טיעון נגד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על פי פסקה 5, מה טוענים מי שמתנגדים להצעה?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תפקיד הפסקה האחרונה בטקסט הטיעוני? ציינו שני דברים שהכותב עושה בה.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איזה מבין שלושת הנימוקים משכנע אתכם ביותר? הביעו דעה ונמקו את בחירתכם.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אחד הנימוקים של הכותב?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תנועה טובה לבריאות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הפסקה ארוכה משעממת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המורים רוצים לנוח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חוששים המתנגדים?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שההפסקה תהפוך לעוד שיעור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שלא יהיו כדורים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שהחצר קטנה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כדאי משחקים בהפסקה?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כן, כי לומדים לשמור על חוקים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לא, כי ההפסקה צריכה להיות שקטה תמיד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כן, כי אז אין שיעורים בכלל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אני … ונימוק נוסף הוא… 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הפסקה בתנועה: כדאי לארגן משחקים פעילים בהפסקה · כיתה ז׳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הפסקה בתנועה: כדאי לארגן משחקים פעילים בהפסקה · כיתה ז׳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